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656DE" w14:textId="77777777" w:rsidR="00E20AC2" w:rsidRPr="00B56F59" w:rsidRDefault="005D5C7E">
      <w:pPr>
        <w:pStyle w:val="Otsikko"/>
        <w:jc w:val="center"/>
        <w:rPr>
          <w:sz w:val="72"/>
          <w:szCs w:val="220"/>
        </w:rPr>
      </w:pPr>
      <w:r w:rsidRPr="00B56F59">
        <w:rPr>
          <w:sz w:val="72"/>
          <w:szCs w:val="220"/>
        </w:rPr>
        <w:t>TARJOUSPYYNTÖ SALPALINJAN MONIKÄYTTÖREITIN KORJAUSTÖISTÄ</w:t>
      </w:r>
    </w:p>
    <w:p w14:paraId="7BEF6C5E" w14:textId="77777777" w:rsidR="00E20AC2" w:rsidRDefault="005D5C7E">
      <w:pPr>
        <w:spacing w:after="20"/>
      </w:pPr>
      <w:r>
        <w:rPr>
          <w:b/>
        </w:rPr>
        <w:t xml:space="preserve">Kohde: </w:t>
      </w:r>
      <w:r>
        <w:t>Savukosken Salpalinjan monikäyttöreitti, Savukosken kirkonkylä</w:t>
      </w:r>
    </w:p>
    <w:p w14:paraId="2B1D5DAB" w14:textId="77777777" w:rsidR="00E20AC2" w:rsidRDefault="005D5C7E">
      <w:pPr>
        <w:spacing w:after="20"/>
      </w:pPr>
      <w:r>
        <w:rPr>
          <w:b/>
        </w:rPr>
        <w:t xml:space="preserve">Reitin kokonaispituus: </w:t>
      </w:r>
      <w:r>
        <w:t>noin 1,2 km</w:t>
      </w:r>
    </w:p>
    <w:p w14:paraId="209F24FE" w14:textId="77777777" w:rsidR="00E20AC2" w:rsidRDefault="005D5C7E">
      <w:pPr>
        <w:spacing w:after="20"/>
      </w:pPr>
      <w:r>
        <w:rPr>
          <w:b/>
        </w:rPr>
        <w:t xml:space="preserve">Korjattava reittiosuus: </w:t>
      </w:r>
      <w:r>
        <w:t>noin 1,0 km</w:t>
      </w:r>
    </w:p>
    <w:p w14:paraId="145ADCC6" w14:textId="77EC133C" w:rsidR="00E20AC2" w:rsidRDefault="005D5C7E">
      <w:pPr>
        <w:spacing w:after="20"/>
      </w:pPr>
      <w:proofErr w:type="spellStart"/>
      <w:r>
        <w:rPr>
          <w:b/>
        </w:rPr>
        <w:t>Toteutusaika</w:t>
      </w:r>
      <w:proofErr w:type="spellEnd"/>
      <w:r>
        <w:rPr>
          <w:b/>
        </w:rPr>
        <w:t xml:space="preserve">: </w:t>
      </w:r>
      <w:proofErr w:type="spellStart"/>
      <w:r>
        <w:t>lokakuu</w:t>
      </w:r>
      <w:proofErr w:type="spellEnd"/>
      <w:r>
        <w:t xml:space="preserve"> 2026, </w:t>
      </w:r>
      <w:proofErr w:type="spellStart"/>
      <w:r>
        <w:t>työ</w:t>
      </w:r>
      <w:proofErr w:type="spellEnd"/>
      <w:r>
        <w:t xml:space="preserve"> </w:t>
      </w:r>
      <w:proofErr w:type="spellStart"/>
      <w:r>
        <w:t>valmiina</w:t>
      </w:r>
      <w:proofErr w:type="spellEnd"/>
      <w:r>
        <w:t xml:space="preserve"> </w:t>
      </w:r>
      <w:proofErr w:type="spellStart"/>
      <w:r>
        <w:t>viimeistään</w:t>
      </w:r>
      <w:proofErr w:type="spellEnd"/>
      <w:r>
        <w:t xml:space="preserve"> 31.10.2026</w:t>
      </w:r>
    </w:p>
    <w:p w14:paraId="36AAD39E" w14:textId="528520C0" w:rsidR="00B56F59" w:rsidRDefault="00B56F59">
      <w:pPr>
        <w:spacing w:after="20"/>
      </w:pPr>
    </w:p>
    <w:p w14:paraId="5846431C" w14:textId="77777777" w:rsidR="00B56F59" w:rsidRDefault="00B56F59">
      <w:pPr>
        <w:spacing w:after="20"/>
      </w:pPr>
    </w:p>
    <w:p w14:paraId="7CD449C1" w14:textId="77777777" w:rsidR="00E20AC2" w:rsidRDefault="005D5C7E">
      <w:pPr>
        <w:pStyle w:val="Otsikko1"/>
      </w:pPr>
      <w:r>
        <w:t>1. Korjaustöiden tarkoitus ja sisältö</w:t>
      </w:r>
    </w:p>
    <w:p w14:paraId="771E694C" w14:textId="77777777" w:rsidR="00E20AC2" w:rsidRDefault="005D5C7E">
      <w:r>
        <w:t>Salpalinjan monikäyttöreitin rakentaminen on jäänyt osittain keskeneräiseksi. Korjattavalla noin yhden kilometrin pituisella osuudella toteutetaan tarvittavat sorastus-, tasaus-, kuivatus- ja viimeistelytyöt siten, että reitti saatetaan asianmukaiseen, turvalliseen ja käyttötarkoituksensa mukaiseen kuntoon.</w:t>
      </w:r>
    </w:p>
    <w:p w14:paraId="64BA6FEF" w14:textId="77777777" w:rsidR="00E20AC2" w:rsidRDefault="005D5C7E">
      <w:r>
        <w:t>Korjaustarve vaihtelee reitin eri osilla. Osa reitistä vaatii pääasiassa tasausta ja viimeistelyä, kun taas osalla tarvitaan laajempia korjaustoimenpiteitä.</w:t>
      </w:r>
    </w:p>
    <w:p w14:paraId="5F65103E" w14:textId="77777777" w:rsidR="00E20AC2" w:rsidRDefault="005D5C7E">
      <w:r>
        <w:t>Reitin uuden sorakerroksen keskimääräiseksi paksuudeksi on arvioitu noin 150 mm, reitin leveydeksi keskimäärin 3 000 mm ja korjattavan osuuden pituudeksi noin 1 000 metriä.</w:t>
      </w:r>
    </w:p>
    <w:p w14:paraId="432D145B" w14:textId="667685AF" w:rsidR="00E20AC2" w:rsidRDefault="005D5C7E">
      <w:r>
        <w:t xml:space="preserve">Korjattavalle reittiosuudelle arvioidaan tarvittavan noin 450 m³ soraa. Soramateriaali otetaan Savukosken kunnan soranottamolta. </w:t>
      </w:r>
      <w:proofErr w:type="spellStart"/>
      <w:r>
        <w:t>Tarjouksen</w:t>
      </w:r>
      <w:proofErr w:type="spellEnd"/>
      <w:r>
        <w:t xml:space="preserve"> </w:t>
      </w:r>
      <w:proofErr w:type="spellStart"/>
      <w:r>
        <w:t>tulee</w:t>
      </w:r>
      <w:proofErr w:type="spellEnd"/>
      <w:r>
        <w:t xml:space="preserve"> </w:t>
      </w:r>
      <w:proofErr w:type="spellStart"/>
      <w:r>
        <w:t>sisältää</w:t>
      </w:r>
      <w:proofErr w:type="spellEnd"/>
      <w:r>
        <w:t xml:space="preserve"> </w:t>
      </w:r>
      <w:proofErr w:type="spellStart"/>
      <w:r>
        <w:t>soran</w:t>
      </w:r>
      <w:proofErr w:type="spellEnd"/>
      <w:r>
        <w:t xml:space="preserve"> </w:t>
      </w:r>
      <w:proofErr w:type="spellStart"/>
      <w:r>
        <w:t>kuljetuksesta</w:t>
      </w:r>
      <w:proofErr w:type="spellEnd"/>
      <w:r>
        <w:t xml:space="preserve"> </w:t>
      </w:r>
      <w:r w:rsidR="00B56F59">
        <w:t xml:space="preserve">ja </w:t>
      </w:r>
      <w:proofErr w:type="spellStart"/>
      <w:r w:rsidR="00B56F59">
        <w:t>lastauksesta</w:t>
      </w:r>
      <w:proofErr w:type="spellEnd"/>
      <w:r w:rsidR="00B56F59">
        <w:t xml:space="preserve"> </w:t>
      </w:r>
      <w:proofErr w:type="spellStart"/>
      <w:r>
        <w:t>aiheutuvat</w:t>
      </w:r>
      <w:proofErr w:type="spellEnd"/>
      <w:r>
        <w:t xml:space="preserve"> </w:t>
      </w:r>
      <w:proofErr w:type="spellStart"/>
      <w:r>
        <w:t>kustannukset</w:t>
      </w:r>
      <w:proofErr w:type="spellEnd"/>
      <w:r>
        <w:t>. Soramateriaalista ei aiheudu tarjoajalle materiaalikustannusta.</w:t>
      </w:r>
    </w:p>
    <w:p w14:paraId="3372CE3C" w14:textId="77777777" w:rsidR="00E20AC2" w:rsidRDefault="005D5C7E">
      <w:r>
        <w:t>Soran levitykseen, reitin tasaamiseen ja muihin tarvittaviin konetöihin arvioidaan tarvittavan:</w:t>
      </w:r>
    </w:p>
    <w:p w14:paraId="565EB235" w14:textId="77777777" w:rsidR="00E20AC2" w:rsidRDefault="005D5C7E">
      <w:pPr>
        <w:pStyle w:val="Merkittyluettelo"/>
      </w:pPr>
      <w:r>
        <w:t>kaivinkone noin 50 tuntia</w:t>
      </w:r>
    </w:p>
    <w:p w14:paraId="09E77000" w14:textId="77777777" w:rsidR="00E20AC2" w:rsidRDefault="005D5C7E">
      <w:pPr>
        <w:pStyle w:val="Merkittyluettelo"/>
      </w:pPr>
      <w:r>
        <w:t>pyöräkone noin 25 tuntia</w:t>
      </w:r>
    </w:p>
    <w:p w14:paraId="0EC07430" w14:textId="77777777" w:rsidR="00E20AC2" w:rsidRDefault="005D5C7E">
      <w:r>
        <w:t>Ilmoitetut työ- ja materiaalimäärät ovat tilaajan arvioita. Laskutus tapahtuu toteutuneiden määrien perusteella tarjouksessa ilmoitettuja yksikköhintoja käyttäen.</w:t>
      </w:r>
    </w:p>
    <w:p w14:paraId="08361428" w14:textId="1A896F74" w:rsidR="00E20AC2" w:rsidRDefault="005D5C7E">
      <w:r>
        <w:t xml:space="preserve">Työhön sisältyvät myös reitin asianmukaisen kuivatuksen edellyttämät vedenohjaus- ja viimeistelytyöt. Mahdollisista tarjouspyynnössä määrittelemättömistä lisätöistä sekä olennaisista työmäärien muutoksista on sovittava tilaajan kanssa ennen niiden toteuttamista. Ilman tilaajan </w:t>
      </w:r>
      <w:proofErr w:type="spellStart"/>
      <w:r>
        <w:t>etukäteen</w:t>
      </w:r>
      <w:proofErr w:type="spellEnd"/>
      <w:r>
        <w:t xml:space="preserve"> </w:t>
      </w:r>
      <w:proofErr w:type="spellStart"/>
      <w:r>
        <w:t>antamaa</w:t>
      </w:r>
      <w:proofErr w:type="spellEnd"/>
      <w:r>
        <w:t xml:space="preserve"> </w:t>
      </w:r>
      <w:proofErr w:type="spellStart"/>
      <w:r>
        <w:t>hyväksyntää</w:t>
      </w:r>
      <w:proofErr w:type="spellEnd"/>
      <w:r>
        <w:t xml:space="preserve"> </w:t>
      </w:r>
      <w:proofErr w:type="spellStart"/>
      <w:r>
        <w:t>tehtyjä</w:t>
      </w:r>
      <w:proofErr w:type="spellEnd"/>
      <w:r>
        <w:t xml:space="preserve"> </w:t>
      </w:r>
      <w:proofErr w:type="spellStart"/>
      <w:r>
        <w:t>lisätöitä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korvata</w:t>
      </w:r>
      <w:proofErr w:type="spellEnd"/>
      <w:r>
        <w:t>.</w:t>
      </w:r>
    </w:p>
    <w:p w14:paraId="2585664C" w14:textId="77777777" w:rsidR="00B56F59" w:rsidRDefault="00B56F59"/>
    <w:p w14:paraId="1DAFF748" w14:textId="77777777" w:rsidR="00E20AC2" w:rsidRDefault="005D5C7E">
      <w:pPr>
        <w:pStyle w:val="Otsikko1"/>
      </w:pPr>
      <w:r>
        <w:lastRenderedPageBreak/>
        <w:t>2. Tarjous ja kustannukset</w:t>
      </w:r>
    </w:p>
    <w:p w14:paraId="02AE5A34" w14:textId="77777777" w:rsidR="00E20AC2" w:rsidRDefault="005D5C7E">
      <w:r>
        <w:t>Tarjoajan tulee ilmoittaa alla olevan taulukon mukaiset yksikköhinnat ilman arvonlisäveroa (alv 0 %). Täytetty kustannustaulukko tulee liittää tarjoukseen.</w:t>
      </w:r>
    </w:p>
    <w:tbl>
      <w:tblPr>
        <w:tblStyle w:val="TaulukkoRuudukko"/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0"/>
        <w:gridCol w:w="2491"/>
        <w:gridCol w:w="2490"/>
      </w:tblGrid>
      <w:tr w:rsidR="00E20AC2" w14:paraId="5BC24D5F" w14:textId="77777777">
        <w:trPr>
          <w:cantSplit/>
          <w:jc w:val="center"/>
        </w:trPr>
        <w:tc>
          <w:tcPr>
            <w:tcW w:w="2493" w:type="dxa"/>
          </w:tcPr>
          <w:p w14:paraId="75C73695" w14:textId="77777777" w:rsidR="00E20AC2" w:rsidRDefault="005D5C7E">
            <w:r>
              <w:rPr>
                <w:b/>
              </w:rPr>
              <w:t>Kustannuserä</w:t>
            </w:r>
          </w:p>
        </w:tc>
        <w:tc>
          <w:tcPr>
            <w:tcW w:w="2493" w:type="dxa"/>
          </w:tcPr>
          <w:p w14:paraId="7685ED16" w14:textId="77777777" w:rsidR="00E20AC2" w:rsidRDefault="005D5C7E">
            <w:r>
              <w:rPr>
                <w:b/>
              </w:rPr>
              <w:t>Arvioitu määrä</w:t>
            </w:r>
          </w:p>
        </w:tc>
        <w:tc>
          <w:tcPr>
            <w:tcW w:w="2493" w:type="dxa"/>
          </w:tcPr>
          <w:p w14:paraId="0AE5589C" w14:textId="77777777" w:rsidR="00E20AC2" w:rsidRDefault="005D5C7E">
            <w:r>
              <w:rPr>
                <w:b/>
              </w:rPr>
              <w:t>Yksikköhinta (alv 0 %)</w:t>
            </w:r>
          </w:p>
        </w:tc>
        <w:tc>
          <w:tcPr>
            <w:tcW w:w="2493" w:type="dxa"/>
          </w:tcPr>
          <w:p w14:paraId="1B8516A4" w14:textId="77777777" w:rsidR="00E20AC2" w:rsidRDefault="005D5C7E">
            <w:r>
              <w:rPr>
                <w:b/>
              </w:rPr>
              <w:t>Kustannus (alv 0 %)</w:t>
            </w:r>
          </w:p>
        </w:tc>
      </w:tr>
      <w:tr w:rsidR="00E20AC2" w14:paraId="5CC72D94" w14:textId="77777777">
        <w:trPr>
          <w:cantSplit/>
          <w:jc w:val="center"/>
        </w:trPr>
        <w:tc>
          <w:tcPr>
            <w:tcW w:w="2493" w:type="dxa"/>
            <w:vAlign w:val="center"/>
          </w:tcPr>
          <w:p w14:paraId="481F0D67" w14:textId="77777777" w:rsidR="00E20AC2" w:rsidRDefault="005D5C7E">
            <w:r>
              <w:t>Kaivinkone, soran levitys, tasaus ja muut tarvittavat työt</w:t>
            </w:r>
          </w:p>
        </w:tc>
        <w:tc>
          <w:tcPr>
            <w:tcW w:w="2493" w:type="dxa"/>
            <w:vAlign w:val="center"/>
          </w:tcPr>
          <w:p w14:paraId="6A5204BA" w14:textId="77777777" w:rsidR="00E20AC2" w:rsidRDefault="005D5C7E">
            <w:r>
              <w:t>50 h</w:t>
            </w:r>
          </w:p>
        </w:tc>
        <w:tc>
          <w:tcPr>
            <w:tcW w:w="2493" w:type="dxa"/>
            <w:vAlign w:val="center"/>
          </w:tcPr>
          <w:p w14:paraId="678C4B61" w14:textId="77777777" w:rsidR="00E20AC2" w:rsidRDefault="005D5C7E">
            <w:r>
              <w:t>____ €/h</w:t>
            </w:r>
          </w:p>
        </w:tc>
        <w:tc>
          <w:tcPr>
            <w:tcW w:w="2493" w:type="dxa"/>
            <w:vAlign w:val="center"/>
          </w:tcPr>
          <w:p w14:paraId="0C34B317" w14:textId="77777777" w:rsidR="00E20AC2" w:rsidRDefault="005D5C7E">
            <w:r>
              <w:t>____ €</w:t>
            </w:r>
          </w:p>
        </w:tc>
      </w:tr>
      <w:tr w:rsidR="00E20AC2" w14:paraId="68717F42" w14:textId="77777777">
        <w:trPr>
          <w:cantSplit/>
          <w:jc w:val="center"/>
        </w:trPr>
        <w:tc>
          <w:tcPr>
            <w:tcW w:w="2493" w:type="dxa"/>
            <w:vAlign w:val="center"/>
          </w:tcPr>
          <w:p w14:paraId="602C77C1" w14:textId="77777777" w:rsidR="00E20AC2" w:rsidRDefault="005D5C7E">
            <w:r>
              <w:t>Pyöräkone, soran levitys, tasaus ja muut tarvittavat työt</w:t>
            </w:r>
          </w:p>
        </w:tc>
        <w:tc>
          <w:tcPr>
            <w:tcW w:w="2493" w:type="dxa"/>
            <w:vAlign w:val="center"/>
          </w:tcPr>
          <w:p w14:paraId="24FB2405" w14:textId="77777777" w:rsidR="00E20AC2" w:rsidRDefault="005D5C7E">
            <w:r>
              <w:t>25 h</w:t>
            </w:r>
          </w:p>
        </w:tc>
        <w:tc>
          <w:tcPr>
            <w:tcW w:w="2493" w:type="dxa"/>
            <w:vAlign w:val="center"/>
          </w:tcPr>
          <w:p w14:paraId="51A1A5CA" w14:textId="77777777" w:rsidR="00E20AC2" w:rsidRDefault="005D5C7E">
            <w:r>
              <w:t>____ €/h</w:t>
            </w:r>
          </w:p>
        </w:tc>
        <w:tc>
          <w:tcPr>
            <w:tcW w:w="2493" w:type="dxa"/>
            <w:vAlign w:val="center"/>
          </w:tcPr>
          <w:p w14:paraId="41620548" w14:textId="77777777" w:rsidR="00E20AC2" w:rsidRDefault="005D5C7E">
            <w:r>
              <w:t>____ €</w:t>
            </w:r>
          </w:p>
        </w:tc>
      </w:tr>
      <w:tr w:rsidR="00E20AC2" w14:paraId="635C5742" w14:textId="77777777">
        <w:trPr>
          <w:cantSplit/>
          <w:jc w:val="center"/>
        </w:trPr>
        <w:tc>
          <w:tcPr>
            <w:tcW w:w="2493" w:type="dxa"/>
            <w:vAlign w:val="center"/>
          </w:tcPr>
          <w:p w14:paraId="652BFA97" w14:textId="77777777" w:rsidR="00E20AC2" w:rsidRDefault="005D5C7E">
            <w:r>
              <w:t>Soran kuljetus kunnan soranottamolta</w:t>
            </w:r>
          </w:p>
        </w:tc>
        <w:tc>
          <w:tcPr>
            <w:tcW w:w="2493" w:type="dxa"/>
            <w:vAlign w:val="center"/>
          </w:tcPr>
          <w:p w14:paraId="6339571C" w14:textId="77777777" w:rsidR="00E20AC2" w:rsidRDefault="005D5C7E">
            <w:r>
              <w:t>450 m³</w:t>
            </w:r>
          </w:p>
        </w:tc>
        <w:tc>
          <w:tcPr>
            <w:tcW w:w="2493" w:type="dxa"/>
            <w:vAlign w:val="center"/>
          </w:tcPr>
          <w:p w14:paraId="29CFA85C" w14:textId="77777777" w:rsidR="00E20AC2" w:rsidRDefault="005D5C7E">
            <w:r>
              <w:t>____ €/m³</w:t>
            </w:r>
          </w:p>
        </w:tc>
        <w:tc>
          <w:tcPr>
            <w:tcW w:w="2493" w:type="dxa"/>
            <w:vAlign w:val="center"/>
          </w:tcPr>
          <w:p w14:paraId="1E7AAD70" w14:textId="77777777" w:rsidR="00E20AC2" w:rsidRDefault="005D5C7E">
            <w:r>
              <w:t>____ €</w:t>
            </w:r>
          </w:p>
        </w:tc>
      </w:tr>
      <w:tr w:rsidR="00E20AC2" w14:paraId="201CF658" w14:textId="77777777">
        <w:trPr>
          <w:cantSplit/>
          <w:jc w:val="center"/>
        </w:trPr>
        <w:tc>
          <w:tcPr>
            <w:tcW w:w="2493" w:type="dxa"/>
            <w:vAlign w:val="center"/>
          </w:tcPr>
          <w:p w14:paraId="688C7A4E" w14:textId="77777777" w:rsidR="00E20AC2" w:rsidRDefault="005D5C7E">
            <w:r>
              <w:t>Muut tarjoukseen sisältyvät kustannukset</w:t>
            </w:r>
          </w:p>
        </w:tc>
        <w:tc>
          <w:tcPr>
            <w:tcW w:w="2493" w:type="dxa"/>
            <w:vAlign w:val="center"/>
          </w:tcPr>
          <w:p w14:paraId="703D01C9" w14:textId="77777777" w:rsidR="00E20AC2" w:rsidRDefault="00E20AC2"/>
        </w:tc>
        <w:tc>
          <w:tcPr>
            <w:tcW w:w="2493" w:type="dxa"/>
            <w:vAlign w:val="center"/>
          </w:tcPr>
          <w:p w14:paraId="6F7A7B18" w14:textId="77777777" w:rsidR="00E20AC2" w:rsidRDefault="00E20AC2"/>
        </w:tc>
        <w:tc>
          <w:tcPr>
            <w:tcW w:w="2493" w:type="dxa"/>
            <w:vAlign w:val="center"/>
          </w:tcPr>
          <w:p w14:paraId="48D14A52" w14:textId="77777777" w:rsidR="00E20AC2" w:rsidRDefault="005D5C7E">
            <w:r>
              <w:t>____ €</w:t>
            </w:r>
          </w:p>
        </w:tc>
      </w:tr>
      <w:tr w:rsidR="00E20AC2" w14:paraId="6B4D1624" w14:textId="77777777">
        <w:trPr>
          <w:cantSplit/>
          <w:jc w:val="center"/>
        </w:trPr>
        <w:tc>
          <w:tcPr>
            <w:tcW w:w="2493" w:type="dxa"/>
            <w:vAlign w:val="center"/>
          </w:tcPr>
          <w:p w14:paraId="12235D8C" w14:textId="77777777" w:rsidR="00E20AC2" w:rsidRDefault="005D5C7E">
            <w:r>
              <w:rPr>
                <w:b/>
              </w:rPr>
              <w:t>YHTEENSÄ</w:t>
            </w:r>
          </w:p>
        </w:tc>
        <w:tc>
          <w:tcPr>
            <w:tcW w:w="2493" w:type="dxa"/>
            <w:vAlign w:val="center"/>
          </w:tcPr>
          <w:p w14:paraId="71C87396" w14:textId="77777777" w:rsidR="00E20AC2" w:rsidRDefault="00E20AC2"/>
        </w:tc>
        <w:tc>
          <w:tcPr>
            <w:tcW w:w="2493" w:type="dxa"/>
            <w:vAlign w:val="center"/>
          </w:tcPr>
          <w:p w14:paraId="32073662" w14:textId="77777777" w:rsidR="00E20AC2" w:rsidRDefault="00E20AC2"/>
        </w:tc>
        <w:tc>
          <w:tcPr>
            <w:tcW w:w="2493" w:type="dxa"/>
            <w:vAlign w:val="center"/>
          </w:tcPr>
          <w:p w14:paraId="59BE0EDD" w14:textId="77777777" w:rsidR="00E20AC2" w:rsidRDefault="005D5C7E">
            <w:r>
              <w:rPr>
                <w:b/>
              </w:rPr>
              <w:t>____ €</w:t>
            </w:r>
          </w:p>
        </w:tc>
      </w:tr>
    </w:tbl>
    <w:p w14:paraId="07574576" w14:textId="77777777" w:rsidR="00E20AC2" w:rsidRDefault="005D5C7E">
      <w:r>
        <w:t>Tarjouksessa ilmoitettujen yksikköhintojen tulee sisältää kaikki kyseiseen työsuoritukseen liittyvät kustannukset.</w:t>
      </w:r>
    </w:p>
    <w:p w14:paraId="3A108660" w14:textId="77777777" w:rsidR="00E20AC2" w:rsidRDefault="005D5C7E">
      <w:r>
        <w:t>Tarjouksen kokonaishinta lasketaan tarjousvertailua varten edellä ilmoitettujen arvioitujen määrien perusteella. Lopullinen laskutus tapahtuu toteutuneiden määrien perusteella.</w:t>
      </w:r>
    </w:p>
    <w:p w14:paraId="26FFE7CB" w14:textId="77777777" w:rsidR="00E20AC2" w:rsidRDefault="005D5C7E">
      <w:r>
        <w:t>Mahdollisista rumpujen asentamiseen tai uusimiseen sekä muista ennalta määrittelemättömistä vedenohjaustöistä sovitaan tarvittaessa erikseen tilaajan kanssa ennen töiden toteuttamista.</w:t>
      </w:r>
    </w:p>
    <w:p w14:paraId="426C2532" w14:textId="77777777" w:rsidR="00E20AC2" w:rsidRDefault="005D5C7E">
      <w:pPr>
        <w:pStyle w:val="Otsikko1"/>
      </w:pPr>
      <w:r>
        <w:t>3. Työn toteuttaminen ja aikataulu</w:t>
      </w:r>
    </w:p>
    <w:p w14:paraId="49DBCFD2" w14:textId="77777777" w:rsidR="00E20AC2" w:rsidRDefault="005D5C7E">
      <w:r>
        <w:t>Tarjoajan tulee sitoutua toteuttamaan tarjouspyynnön mukaiset työt siten, että työ on kokonaisuudessaan valmis ja tilaajan tarkastettavissa viimeistään 31.10.2026.</w:t>
      </w:r>
    </w:p>
    <w:p w14:paraId="10C09145" w14:textId="77777777" w:rsidR="00E20AC2" w:rsidRDefault="005D5C7E">
      <w:r>
        <w:t>Työt tulee suorittaa hyvää rakentamistapaa noudattaen ja siten, että valmis reitti on turvallinen ja käyttötarkoitukseensa soveltuva.</w:t>
      </w:r>
    </w:p>
    <w:p w14:paraId="60747312" w14:textId="77777777" w:rsidR="00E20AC2" w:rsidRDefault="005D5C7E">
      <w:proofErr w:type="spellStart"/>
      <w:r>
        <w:t>Mikäli</w:t>
      </w:r>
      <w:proofErr w:type="spellEnd"/>
      <w:r>
        <w:t xml:space="preserve"> </w:t>
      </w:r>
      <w:proofErr w:type="spellStart"/>
      <w:r>
        <w:t>työn</w:t>
      </w:r>
      <w:proofErr w:type="spellEnd"/>
      <w:r>
        <w:t xml:space="preserve"> </w:t>
      </w:r>
      <w:proofErr w:type="spellStart"/>
      <w:r>
        <w:t>aikana</w:t>
      </w:r>
      <w:proofErr w:type="spellEnd"/>
      <w:r>
        <w:t xml:space="preserve"> </w:t>
      </w:r>
      <w:proofErr w:type="spellStart"/>
      <w:r>
        <w:t>havaitaan</w:t>
      </w:r>
      <w:proofErr w:type="spellEnd"/>
      <w:r>
        <w:t xml:space="preserve"> sellaisia olosuhteita tai korjaustarpeita, joita ei ole voitu tarjouspyyntöä laadittaessa ennakoida, tarjoajan tulee ilmoittaa niistä viipymättä tilaajalle. Mahdollisista lisä- tai muutostöistä sovitaan erikseen ennen niiden toteuttamista.</w:t>
      </w:r>
    </w:p>
    <w:p w14:paraId="6E6F5E17" w14:textId="77777777" w:rsidR="00E20AC2" w:rsidRDefault="005D5C7E">
      <w:pPr>
        <w:pStyle w:val="Otsikko1"/>
      </w:pPr>
      <w:r>
        <w:t>4. Tarjouksen sisältö ja valintaperuste</w:t>
      </w:r>
    </w:p>
    <w:p w14:paraId="41798F6B" w14:textId="77777777" w:rsidR="00E20AC2" w:rsidRDefault="005D5C7E">
      <w:r>
        <w:t>Tarjouksen tulee sisältää vähintään:</w:t>
      </w:r>
    </w:p>
    <w:p w14:paraId="6F7FC779" w14:textId="77777777" w:rsidR="00E20AC2" w:rsidRDefault="005D5C7E">
      <w:pPr>
        <w:pStyle w:val="Merkittyluettelo"/>
      </w:pPr>
      <w:r>
        <w:t>täytetty kustannustaulukko ja yksikköhinnat alv 0 %</w:t>
      </w:r>
    </w:p>
    <w:p w14:paraId="1414515D" w14:textId="77777777" w:rsidR="00E20AC2" w:rsidRDefault="005D5C7E">
      <w:pPr>
        <w:pStyle w:val="Merkittyluettelo"/>
      </w:pPr>
      <w:r>
        <w:t>tarjousvertailua varten laskettu kokonaishinta alv 0 %</w:t>
      </w:r>
    </w:p>
    <w:p w14:paraId="6A821F8B" w14:textId="77777777" w:rsidR="00E20AC2" w:rsidRDefault="005D5C7E">
      <w:pPr>
        <w:pStyle w:val="Merkittyluettelo"/>
      </w:pPr>
      <w:r>
        <w:t>vahvistus siitä, että tarjoaja sitoutuu toteuttamaan työn kokonaisuudessaan 31.10.2026 mennessä</w:t>
      </w:r>
    </w:p>
    <w:p w14:paraId="1D0111A2" w14:textId="77777777" w:rsidR="00E20AC2" w:rsidRDefault="005D5C7E">
      <w:pPr>
        <w:pStyle w:val="Merkittyluettelo"/>
      </w:pPr>
      <w:r>
        <w:t>tarjouksen voimassaoloaika.</w:t>
      </w:r>
    </w:p>
    <w:p w14:paraId="4D0E2A2D" w14:textId="77777777" w:rsidR="00E20AC2" w:rsidRDefault="005D5C7E">
      <w:r>
        <w:t>Hankinnan valintaperusteena on kokonaishinnaltaan halvin tarjouspyynnön ehdot täyttävä tarjous.</w:t>
      </w:r>
    </w:p>
    <w:p w14:paraId="3374CE46" w14:textId="77777777" w:rsidR="00E20AC2" w:rsidRDefault="005D5C7E">
      <w:r>
        <w:t>Tarjousten kokonaishintojen vertailussa käytetään tässä tarjouspyynnössä ilmoitettuja arvioituja työ- ja materiaalimääriä.</w:t>
      </w:r>
    </w:p>
    <w:p w14:paraId="231A29AD" w14:textId="77777777" w:rsidR="00E20AC2" w:rsidRDefault="005D5C7E">
      <w:r>
        <w:t>Tilaaja voi jättää tarjouksen huomioimatta, mikäli tarjous:</w:t>
      </w:r>
    </w:p>
    <w:p w14:paraId="3DBD87F2" w14:textId="77777777" w:rsidR="00E20AC2" w:rsidRDefault="005D5C7E">
      <w:pPr>
        <w:pStyle w:val="Merkittyluettelo"/>
      </w:pPr>
      <w:r>
        <w:lastRenderedPageBreak/>
        <w:t>saapuu tarjousajan päättymisen jälkeen</w:t>
      </w:r>
    </w:p>
    <w:p w14:paraId="2B152E4D" w14:textId="77777777" w:rsidR="00E20AC2" w:rsidRDefault="005D5C7E">
      <w:pPr>
        <w:pStyle w:val="Merkittyluettelo"/>
      </w:pPr>
      <w:r>
        <w:t>ei vastaa tarjouspyynnön ehtoja</w:t>
      </w:r>
    </w:p>
    <w:p w14:paraId="669DFC37" w14:textId="77777777" w:rsidR="00E20AC2" w:rsidRDefault="005D5C7E">
      <w:pPr>
        <w:pStyle w:val="Merkittyluettelo"/>
      </w:pPr>
      <w:r>
        <w:t>on olennaisilta osiltaan puutteellinen tai</w:t>
      </w:r>
    </w:p>
    <w:p w14:paraId="55E1A551" w14:textId="77777777" w:rsidR="00E20AC2" w:rsidRDefault="005D5C7E">
      <w:pPr>
        <w:pStyle w:val="Merkittyluettelo"/>
      </w:pPr>
      <w:r>
        <w:t>sisältää sellaisia ehtoja tai varaumia, jotka estävät tarjousten tasapuolisen vertailun.</w:t>
      </w:r>
    </w:p>
    <w:p w14:paraId="4C8FFE60" w14:textId="77777777" w:rsidR="00E20AC2" w:rsidRDefault="005D5C7E">
      <w:pPr>
        <w:pStyle w:val="Otsikko1"/>
      </w:pPr>
      <w:r>
        <w:t>5. Työn tarkastaminen ja maksuehto</w:t>
      </w:r>
    </w:p>
    <w:p w14:paraId="4B1E7C92" w14:textId="77777777" w:rsidR="00E20AC2" w:rsidRDefault="005D5C7E">
      <w:r>
        <w:t>Tilaajan edustaja tarkastaa työn sen valmistuttua. Työn tulee vastata tämän tarjouspyynnön vaatimuksia ja olla asianmukaisesti viimeistelty ennen työn hyväksymistä.</w:t>
      </w:r>
    </w:p>
    <w:p w14:paraId="6B9DC2C1" w14:textId="77777777" w:rsidR="00E20AC2" w:rsidRDefault="005D5C7E">
      <w:r>
        <w:t>Työ laskutetaan kokonaisuudessaan työn valmistumisen ja tilaajan hyväksymän tarkastuksen jälkeen.</w:t>
      </w:r>
    </w:p>
    <w:p w14:paraId="1E455E87" w14:textId="77777777" w:rsidR="00E20AC2" w:rsidRDefault="005D5C7E">
      <w:r>
        <w:t>Maksuehto on 21 päivää netto hyväksyttävän laskun saapumisesta.</w:t>
      </w:r>
    </w:p>
    <w:p w14:paraId="6648109F" w14:textId="77777777" w:rsidR="00E20AC2" w:rsidRDefault="005D5C7E">
      <w:pPr>
        <w:pStyle w:val="Otsikko1"/>
      </w:pPr>
      <w:r>
        <w:t>6. Tarjouksen jättäminen</w:t>
      </w:r>
    </w:p>
    <w:p w14:paraId="75B28AB6" w14:textId="1EDD0461" w:rsidR="00E20AC2" w:rsidRDefault="005D5C7E">
      <w:proofErr w:type="spellStart"/>
      <w:r>
        <w:rPr>
          <w:b/>
        </w:rPr>
        <w:t>Tarjous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tulee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toimittaa</w:t>
      </w:r>
      <w:proofErr w:type="spellEnd"/>
      <w:r>
        <w:rPr>
          <w:b/>
        </w:rPr>
        <w:t xml:space="preserve"> </w:t>
      </w:r>
      <w:proofErr w:type="spellStart"/>
      <w:r w:rsidR="00B56F59">
        <w:rPr>
          <w:b/>
        </w:rPr>
        <w:t>tiistai</w:t>
      </w:r>
      <w:r>
        <w:rPr>
          <w:b/>
        </w:rPr>
        <w:t>hin</w:t>
      </w:r>
      <w:proofErr w:type="spellEnd"/>
      <w:r>
        <w:rPr>
          <w:b/>
        </w:rPr>
        <w:t xml:space="preserve"> 1</w:t>
      </w:r>
      <w:r w:rsidR="00B56F59">
        <w:rPr>
          <w:b/>
        </w:rPr>
        <w:t>3</w:t>
      </w:r>
      <w:r>
        <w:rPr>
          <w:b/>
        </w:rPr>
        <w:t xml:space="preserve">.10.2026 </w:t>
      </w:r>
      <w:proofErr w:type="spellStart"/>
      <w:r>
        <w:rPr>
          <w:b/>
        </w:rPr>
        <w:t>klo</w:t>
      </w:r>
      <w:proofErr w:type="spellEnd"/>
      <w:r>
        <w:rPr>
          <w:b/>
        </w:rPr>
        <w:t xml:space="preserve"> 9.00 </w:t>
      </w:r>
      <w:proofErr w:type="spellStart"/>
      <w:r>
        <w:rPr>
          <w:b/>
        </w:rPr>
        <w:t>mennessä</w:t>
      </w:r>
      <w:proofErr w:type="spellEnd"/>
      <w:r>
        <w:rPr>
          <w:b/>
        </w:rPr>
        <w:t xml:space="preserve"> </w:t>
      </w:r>
      <w:proofErr w:type="spellStart"/>
      <w:r>
        <w:t>sähköpostitse</w:t>
      </w:r>
      <w:proofErr w:type="spellEnd"/>
      <w:r>
        <w:t xml:space="preserve"> </w:t>
      </w:r>
      <w:proofErr w:type="spellStart"/>
      <w:r>
        <w:t>osoitteeseen</w:t>
      </w:r>
      <w:proofErr w:type="spellEnd"/>
      <w:r>
        <w:t xml:space="preserve"> </w:t>
      </w:r>
      <w:hyperlink r:id="rId6" w:history="1">
        <w:r w:rsidRPr="00BD7917">
          <w:rPr>
            <w:rStyle w:val="Hyperlinkki"/>
          </w:rPr>
          <w:t>hallinto@savukoski.fi</w:t>
        </w:r>
      </w:hyperlink>
      <w:r>
        <w:t xml:space="preserve"> tai </w:t>
      </w:r>
      <w:proofErr w:type="spellStart"/>
      <w:r>
        <w:t>kunnan</w:t>
      </w:r>
      <w:proofErr w:type="spellEnd"/>
      <w:r>
        <w:t xml:space="preserve"> </w:t>
      </w:r>
      <w:proofErr w:type="spellStart"/>
      <w:r>
        <w:t>postilaatikkoon</w:t>
      </w:r>
      <w:proofErr w:type="spellEnd"/>
      <w:r>
        <w:t xml:space="preserve"> </w:t>
      </w:r>
      <w:proofErr w:type="spellStart"/>
      <w:r>
        <w:t>osoitteeseen</w:t>
      </w:r>
      <w:proofErr w:type="spellEnd"/>
      <w:r>
        <w:t xml:space="preserve"> </w:t>
      </w:r>
      <w:proofErr w:type="spellStart"/>
      <w:r>
        <w:t>Kauppakuja</w:t>
      </w:r>
      <w:proofErr w:type="spellEnd"/>
      <w:r>
        <w:t xml:space="preserve"> 2 A 1, 98800 Savukoski.</w:t>
      </w:r>
    </w:p>
    <w:p w14:paraId="1FBC3FBB" w14:textId="77777777" w:rsidR="00E20AC2" w:rsidRDefault="005D5C7E">
      <w:proofErr w:type="spellStart"/>
      <w:r>
        <w:t>Tarjoaja</w:t>
      </w:r>
      <w:proofErr w:type="spellEnd"/>
      <w:r>
        <w:t xml:space="preserve"> </w:t>
      </w:r>
      <w:proofErr w:type="spellStart"/>
      <w:r>
        <w:t>vastaa</w:t>
      </w:r>
      <w:proofErr w:type="spellEnd"/>
      <w:r>
        <w:t xml:space="preserve"> </w:t>
      </w:r>
      <w:proofErr w:type="spellStart"/>
      <w:r>
        <w:t>siitä</w:t>
      </w:r>
      <w:proofErr w:type="spellEnd"/>
      <w:r>
        <w:t xml:space="preserve">, </w:t>
      </w:r>
      <w:proofErr w:type="spellStart"/>
      <w:r>
        <w:t>että</w:t>
      </w:r>
      <w:proofErr w:type="spellEnd"/>
      <w:r>
        <w:t xml:space="preserve"> tarjous on perillä määräaikaan mennessä. Määräajan jälkeen saapuneita tarjouksia ei huomioida.</w:t>
      </w:r>
    </w:p>
    <w:p w14:paraId="13E5B2F7" w14:textId="77777777" w:rsidR="00E20AC2" w:rsidRDefault="005D5C7E">
      <w:r>
        <w:t>Tarjousaika on hankkeen kiireellisen aikataulun vuoksi tavanomaista lyhyempi. Korjaustyöt on saatettava valmiiksi lokakuun 2026 aikana, minkä vuoksi hankintapäätös ja töiden käynnistäminen on tehtävä viipymättä.</w:t>
      </w:r>
    </w:p>
    <w:p w14:paraId="6E0F72E3" w14:textId="77777777" w:rsidR="00E20AC2" w:rsidRDefault="005D5C7E">
      <w:pPr>
        <w:pStyle w:val="Otsikko1"/>
      </w:pPr>
      <w:r>
        <w:t>7. Lisätiedot</w:t>
      </w:r>
    </w:p>
    <w:p w14:paraId="61B76167" w14:textId="77777777" w:rsidR="00E20AC2" w:rsidRDefault="005D5C7E">
      <w:r>
        <w:t>Tarjouspyyntöä ja työn toteuttamista koskevia lisätietoja antaa:</w:t>
      </w:r>
    </w:p>
    <w:p w14:paraId="53209ED5" w14:textId="5CC687E1" w:rsidR="00E20AC2" w:rsidRDefault="005D5C7E">
      <w:r>
        <w:rPr>
          <w:b/>
        </w:rPr>
        <w:t>Tekninen johtaja Tuuli Ingberg</w:t>
      </w:r>
      <w:r>
        <w:br/>
        <w:t xml:space="preserve">puh. </w:t>
      </w:r>
      <w:r w:rsidR="00315BA1">
        <w:t>040 677 2044</w:t>
      </w:r>
      <w:r>
        <w:br/>
      </w:r>
      <w:proofErr w:type="spellStart"/>
      <w:r>
        <w:t>sähköposti</w:t>
      </w:r>
      <w:proofErr w:type="spellEnd"/>
      <w:r>
        <w:t>:</w:t>
      </w:r>
      <w:r w:rsidR="00315BA1">
        <w:t xml:space="preserve"> tuuli.ingberg@savukoski.fi</w:t>
      </w:r>
    </w:p>
    <w:p w14:paraId="257A393B" w14:textId="77777777" w:rsidR="00E20AC2" w:rsidRDefault="005D5C7E">
      <w:r>
        <w:br/>
        <w:t>Savukoskella 8.10.2026</w:t>
      </w:r>
    </w:p>
    <w:p w14:paraId="5CF25CD5" w14:textId="77777777" w:rsidR="00E20AC2" w:rsidRDefault="005D5C7E">
      <w:r>
        <w:rPr>
          <w:b/>
        </w:rPr>
        <w:t>Savukosken kunta</w:t>
      </w:r>
    </w:p>
    <w:sectPr w:rsidR="00E20AC2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5BA1"/>
    <w:rsid w:val="00326F90"/>
    <w:rsid w:val="0056039F"/>
    <w:rsid w:val="005D5C7E"/>
    <w:rsid w:val="006E678A"/>
    <w:rsid w:val="007F124B"/>
    <w:rsid w:val="00AA1D8D"/>
    <w:rsid w:val="00B47730"/>
    <w:rsid w:val="00B56F59"/>
    <w:rsid w:val="00C0624E"/>
    <w:rsid w:val="00CB0664"/>
    <w:rsid w:val="00E20A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3A699D"/>
  <w14:defaultImageDpi w14:val="300"/>
  <w15:docId w15:val="{B598BC9B-5CBC-4DBB-B6AC-E07A4FE1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  <w:rPr>
      <w:rFonts w:ascii="Arial" w:hAnsi="Arial"/>
      <w:sz w:val="21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ki">
    <w:name w:val="Hyperlink"/>
    <w:basedOn w:val="Kappaleenoletusfontti"/>
    <w:uiPriority w:val="99"/>
    <w:unhideWhenUsed/>
    <w:rsid w:val="005D5C7E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D5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allinto@savukoski.f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4852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Viinamäki Sari Savukosken kunta</cp:lastModifiedBy>
  <cp:revision>2</cp:revision>
  <dcterms:created xsi:type="dcterms:W3CDTF">2026-10-08T13:49:00Z</dcterms:created>
  <dcterms:modified xsi:type="dcterms:W3CDTF">2026-10-08T13:49:00Z</dcterms:modified>
  <cp:category/>
</cp:coreProperties>
</file>